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90FD" w14:textId="361C592D" w:rsidR="004854A5" w:rsidRPr="00BC6E7E" w:rsidRDefault="00000000">
      <w:pPr>
        <w:pStyle w:val="Titel"/>
        <w:rPr>
          <w:lang w:val="da-DK"/>
        </w:rPr>
      </w:pPr>
      <w:r w:rsidRPr="00BC6E7E">
        <w:rPr>
          <w:lang w:val="da-DK"/>
        </w:rPr>
        <w:t>Arbejdsark til Seks milliarder</w:t>
      </w:r>
      <w:r w:rsidR="00BC6E7E">
        <w:rPr>
          <w:lang w:val="da-DK"/>
        </w:rPr>
        <w:t xml:space="preserve"> af Petter </w:t>
      </w:r>
      <w:proofErr w:type="spellStart"/>
      <w:r w:rsidR="00BC6E7E">
        <w:rPr>
          <w:lang w:val="da-DK"/>
        </w:rPr>
        <w:t>Lidbeck</w:t>
      </w:r>
      <w:proofErr w:type="spellEnd"/>
    </w:p>
    <w:p w14:paraId="31A40404" w14:textId="2BEC62EC" w:rsidR="004854A5" w:rsidRPr="00BC6E7E" w:rsidRDefault="00000000">
      <w:pPr>
        <w:rPr>
          <w:lang w:val="da-DK"/>
        </w:rPr>
      </w:pPr>
      <w:r w:rsidRPr="00BC6E7E">
        <w:rPr>
          <w:lang w:val="da-DK"/>
        </w:rPr>
        <w:br/>
      </w:r>
      <w:r w:rsidRPr="00BC6E7E">
        <w:rPr>
          <w:lang w:val="da-DK"/>
        </w:rPr>
        <w:br/>
        <w:t>1. Personkarakteristik:</w:t>
      </w:r>
      <w:r w:rsidRPr="00BC6E7E">
        <w:rPr>
          <w:lang w:val="da-DK"/>
        </w:rPr>
        <w:br/>
        <w:t>Vælg en af hovedpersonerne (</w:t>
      </w:r>
      <w:proofErr w:type="spellStart"/>
      <w:r w:rsidRPr="00BC6E7E">
        <w:rPr>
          <w:lang w:val="da-DK"/>
        </w:rPr>
        <w:t>Juraj</w:t>
      </w:r>
      <w:proofErr w:type="spellEnd"/>
      <w:r w:rsidRPr="00BC6E7E">
        <w:rPr>
          <w:lang w:val="da-DK"/>
        </w:rPr>
        <w:t>, Anton, Anna eller Oskar) og besvar følgende:</w:t>
      </w:r>
      <w:r w:rsidRPr="00BC6E7E">
        <w:rPr>
          <w:lang w:val="da-DK"/>
        </w:rPr>
        <w:br/>
        <w:t>- Hvad ved vi om personens baggrund?</w:t>
      </w:r>
      <w:r w:rsidRPr="00BC6E7E">
        <w:rPr>
          <w:lang w:val="da-DK"/>
        </w:rPr>
        <w:br/>
        <w:t>- Hvordan handler personen, og hvad fortæller det om ham/hende?</w:t>
      </w:r>
      <w:r w:rsidRPr="00BC6E7E">
        <w:rPr>
          <w:lang w:val="da-DK"/>
        </w:rPr>
        <w:br/>
        <w:t>- Hvordan udvikler personen sig gennem bogen?</w:t>
      </w:r>
      <w:r w:rsidRPr="00BC6E7E">
        <w:rPr>
          <w:lang w:val="da-DK"/>
        </w:rPr>
        <w:br/>
      </w:r>
      <w:r w:rsidRPr="00BC6E7E">
        <w:rPr>
          <w:lang w:val="da-DK"/>
        </w:rPr>
        <w:br/>
        <w:t>2. Dilemmaøvelse:</w:t>
      </w:r>
      <w:r w:rsidRPr="00BC6E7E">
        <w:rPr>
          <w:lang w:val="da-DK"/>
        </w:rPr>
        <w:br/>
        <w:t>Overvej Elins og Oskars syn på verden og klimaet:</w:t>
      </w:r>
      <w:r w:rsidRPr="00BC6E7E">
        <w:rPr>
          <w:lang w:val="da-DK"/>
        </w:rPr>
        <w:br/>
        <w:t>- Hvad er deres mål?</w:t>
      </w:r>
      <w:r w:rsidRPr="00BC6E7E">
        <w:rPr>
          <w:lang w:val="da-DK"/>
        </w:rPr>
        <w:br/>
        <w:t>- Er det i orden at bruge ulovlige midler i en god sags tjeneste?</w:t>
      </w:r>
      <w:r w:rsidRPr="00BC6E7E">
        <w:rPr>
          <w:lang w:val="da-DK"/>
        </w:rPr>
        <w:br/>
        <w:t>- Hvad ville du gøre i deres sted?</w:t>
      </w:r>
      <w:r w:rsidRPr="00BC6E7E">
        <w:rPr>
          <w:lang w:val="da-DK"/>
        </w:rPr>
        <w:br/>
      </w:r>
      <w:r w:rsidRPr="00BC6E7E">
        <w:rPr>
          <w:lang w:val="da-DK"/>
        </w:rPr>
        <w:br/>
        <w:t>3. Miljøetik og ansvar:</w:t>
      </w:r>
      <w:r w:rsidRPr="00BC6E7E">
        <w:rPr>
          <w:lang w:val="da-DK"/>
        </w:rPr>
        <w:br/>
        <w:t>Læs et uddrag fra FN’s klimarapport. Diskutér i grupper:</w:t>
      </w:r>
      <w:r w:rsidRPr="00BC6E7E">
        <w:rPr>
          <w:lang w:val="da-DK"/>
        </w:rPr>
        <w:br/>
        <w:t>- Hvad er “klimaretfærdighed”?</w:t>
      </w:r>
      <w:r w:rsidRPr="00BC6E7E">
        <w:rPr>
          <w:lang w:val="da-DK"/>
        </w:rPr>
        <w:br/>
        <w:t>- Hvilke løsninger foreslår FN?</w:t>
      </w:r>
      <w:r w:rsidRPr="00BC6E7E">
        <w:rPr>
          <w:lang w:val="da-DK"/>
        </w:rPr>
        <w:br/>
        <w:t>- Hvilke konsekvenser har klimaforandringer for unge?</w:t>
      </w:r>
      <w:r w:rsidRPr="00BC6E7E">
        <w:rPr>
          <w:lang w:val="da-DK"/>
        </w:rPr>
        <w:br/>
      </w:r>
      <w:r w:rsidRPr="00BC6E7E">
        <w:rPr>
          <w:lang w:val="da-DK"/>
        </w:rPr>
        <w:br/>
        <w:t>4. Skriv en fiktiv dagbogsindførsel:</w:t>
      </w:r>
      <w:r w:rsidRPr="00BC6E7E">
        <w:rPr>
          <w:lang w:val="da-DK"/>
        </w:rPr>
        <w:br/>
        <w:t xml:space="preserve">- Forestil dig, at du er </w:t>
      </w:r>
      <w:proofErr w:type="spellStart"/>
      <w:r w:rsidRPr="00BC6E7E">
        <w:rPr>
          <w:lang w:val="da-DK"/>
        </w:rPr>
        <w:t>Juraj</w:t>
      </w:r>
      <w:proofErr w:type="spellEnd"/>
      <w:r w:rsidRPr="00BC6E7E">
        <w:rPr>
          <w:lang w:val="da-DK"/>
        </w:rPr>
        <w:t xml:space="preserve"> og netop er flygtet. Beskriv dine tanker og følelser.</w:t>
      </w:r>
      <w:r w:rsidRPr="00BC6E7E">
        <w:rPr>
          <w:lang w:val="da-DK"/>
        </w:rPr>
        <w:br/>
      </w:r>
      <w:r w:rsidRPr="00BC6E7E">
        <w:rPr>
          <w:lang w:val="da-DK"/>
        </w:rPr>
        <w:br/>
        <w:t>5. Gruppearbejde – Lav en digital præsentation:</w:t>
      </w:r>
      <w:r w:rsidRPr="00BC6E7E">
        <w:rPr>
          <w:lang w:val="da-DK"/>
        </w:rPr>
        <w:br/>
        <w:t>- Tema: Klima, etik og aktivisme i *Seks milliarder*.</w:t>
      </w:r>
      <w:r w:rsidRPr="00BC6E7E">
        <w:rPr>
          <w:lang w:val="da-DK"/>
        </w:rPr>
        <w:br/>
        <w:t>- Brug 3-5 citater fra bogen og sammenlign med aktuelle cases fra virkeligheden.</w:t>
      </w:r>
      <w:r w:rsidRPr="00BC6E7E">
        <w:rPr>
          <w:lang w:val="da-DK"/>
        </w:rPr>
        <w:br/>
      </w:r>
    </w:p>
    <w:sectPr w:rsidR="004854A5" w:rsidRPr="00BC6E7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4000509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4840671">
    <w:abstractNumId w:val="8"/>
  </w:num>
  <w:num w:numId="2" w16cid:durableId="443422592">
    <w:abstractNumId w:val="6"/>
  </w:num>
  <w:num w:numId="3" w16cid:durableId="655457457">
    <w:abstractNumId w:val="5"/>
  </w:num>
  <w:num w:numId="4" w16cid:durableId="1648781489">
    <w:abstractNumId w:val="4"/>
  </w:num>
  <w:num w:numId="5" w16cid:durableId="1447428276">
    <w:abstractNumId w:val="7"/>
  </w:num>
  <w:num w:numId="6" w16cid:durableId="2101177954">
    <w:abstractNumId w:val="3"/>
  </w:num>
  <w:num w:numId="7" w16cid:durableId="1973903310">
    <w:abstractNumId w:val="2"/>
  </w:num>
  <w:num w:numId="8" w16cid:durableId="784269783">
    <w:abstractNumId w:val="1"/>
  </w:num>
  <w:num w:numId="9" w16cid:durableId="140568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5EC"/>
    <w:rsid w:val="00326F90"/>
    <w:rsid w:val="004854A5"/>
    <w:rsid w:val="00AA1D8D"/>
    <w:rsid w:val="00B47730"/>
    <w:rsid w:val="00BC6E7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5D3D9"/>
  <w14:defaultImageDpi w14:val="300"/>
  <w15:docId w15:val="{23010AB6-E7E1-4A20-BC8D-D968C121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140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Flemming Møldrup</cp:lastModifiedBy>
  <cp:revision>2</cp:revision>
  <cp:lastPrinted>2025-05-21T10:09:00Z</cp:lastPrinted>
  <dcterms:created xsi:type="dcterms:W3CDTF">2025-05-21T10:18:00Z</dcterms:created>
  <dcterms:modified xsi:type="dcterms:W3CDTF">2025-05-21T10:18:00Z</dcterms:modified>
  <cp:category/>
</cp:coreProperties>
</file>